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FC50BB" w14:textId="61ACDC4E" w:rsidR="002B0E4D" w:rsidRPr="00DE752B" w:rsidRDefault="004F5C97">
      <w:pPr>
        <w:pStyle w:val="Kop1"/>
        <w:rPr>
          <w:rFonts w:ascii="Aptos" w:hAnsi="Aptos"/>
          <w:lang w:val="nl-NL"/>
        </w:rPr>
      </w:pPr>
      <w:r w:rsidRPr="00DE752B">
        <w:rPr>
          <w:rFonts w:ascii="Aptos" w:hAnsi="Aptos"/>
          <w:lang w:val="nl-NL"/>
        </w:rPr>
        <w:t>Buitenspellen voor Kinderen</w:t>
      </w:r>
    </w:p>
    <w:p w14:paraId="1ECEBB40" w14:textId="3F8C9186" w:rsidR="00DE752B" w:rsidRPr="00DE752B" w:rsidRDefault="004377B1" w:rsidP="00DE752B">
      <w:pPr>
        <w:rPr>
          <w:rFonts w:ascii="Aptos" w:hAnsi="Aptos"/>
          <w:lang w:val="nl-NL"/>
        </w:rPr>
      </w:pPr>
      <w:r>
        <w:rPr>
          <w:rFonts w:ascii="Aptos" w:hAnsi="Aptos"/>
          <w:noProof/>
          <w:lang w:val="nl-NL"/>
        </w:rPr>
        <mc:AlternateContent>
          <mc:Choice Requires="wpg">
            <w:drawing>
              <wp:anchor distT="0" distB="0" distL="114300" distR="114300" simplePos="0" relativeHeight="251661824" behindDoc="0" locked="0" layoutInCell="1" allowOverlap="1" wp14:anchorId="23AEB56B" wp14:editId="76F04A2C">
                <wp:simplePos x="0" y="0"/>
                <wp:positionH relativeFrom="page">
                  <wp:posOffset>4766945</wp:posOffset>
                </wp:positionH>
                <wp:positionV relativeFrom="paragraph">
                  <wp:posOffset>541020</wp:posOffset>
                </wp:positionV>
                <wp:extent cx="1654175" cy="1226820"/>
                <wp:effectExtent l="0" t="19050" r="79375" b="0"/>
                <wp:wrapSquare wrapText="bothSides"/>
                <wp:docPr id="927388848" name="Groep 2"/>
                <wp:cNvGraphicFramePr/>
                <a:graphic xmlns:a="http://schemas.openxmlformats.org/drawingml/2006/main">
                  <a:graphicData uri="http://schemas.microsoft.com/office/word/2010/wordprocessingGroup">
                    <wpg:wgp>
                      <wpg:cNvGrpSpPr/>
                      <wpg:grpSpPr>
                        <a:xfrm>
                          <a:off x="0" y="0"/>
                          <a:ext cx="1654175" cy="1226820"/>
                          <a:chOff x="0" y="0"/>
                          <a:chExt cx="2568838" cy="2349850"/>
                        </a:xfrm>
                      </wpg:grpSpPr>
                      <pic:pic xmlns:pic="http://schemas.openxmlformats.org/drawingml/2006/picture">
                        <pic:nvPicPr>
                          <pic:cNvPr id="1684783761" name="Afbeelding 1" descr="Afbeelding met automaton, tekenfilm, robot, speelgoed&#10;&#10;Door AI gegenereerde inhoud is mogelijk onjuist."/>
                          <pic:cNvPicPr>
                            <a:picLocks noChangeAspect="1"/>
                          </pic:cNvPicPr>
                        </pic:nvPicPr>
                        <pic:blipFill>
                          <a:blip r:embed="rId9"/>
                          <a:stretch>
                            <a:fillRect/>
                          </a:stretch>
                        </pic:blipFill>
                        <pic:spPr>
                          <a:xfrm>
                            <a:off x="0" y="289910"/>
                            <a:ext cx="2059940" cy="2059940"/>
                          </a:xfrm>
                          <a:prstGeom prst="rect">
                            <a:avLst/>
                          </a:prstGeom>
                        </pic:spPr>
                      </pic:pic>
                      <wps:wsp>
                        <wps:cNvPr id="430622706" name="Toelichting met afgeronde rechthoek 1"/>
                        <wps:cNvSpPr/>
                        <wps:spPr>
                          <a:xfrm>
                            <a:off x="1678866" y="0"/>
                            <a:ext cx="889972" cy="976064"/>
                          </a:xfrm>
                          <a:prstGeom prst="wedgeRoundRectCallout">
                            <a:avLst>
                              <a:gd name="adj1" fmla="val -71368"/>
                              <a:gd name="adj2" fmla="val 67964"/>
                              <a:gd name="adj3" fmla="val 16667"/>
                            </a:avLst>
                          </a:prstGeom>
                          <a:solidFill>
                            <a:schemeClr val="bg1"/>
                          </a:solidFill>
                        </wps:spPr>
                        <wps:style>
                          <a:lnRef idx="1">
                            <a:schemeClr val="accent1"/>
                          </a:lnRef>
                          <a:fillRef idx="3">
                            <a:schemeClr val="accent1"/>
                          </a:fillRef>
                          <a:effectRef idx="2">
                            <a:schemeClr val="accent1"/>
                          </a:effectRef>
                          <a:fontRef idx="minor">
                            <a:schemeClr val="lt1"/>
                          </a:fontRef>
                        </wps:style>
                        <wps:txbx>
                          <w:txbxContent>
                            <w:p w14:paraId="520C7A53" w14:textId="0A15795F" w:rsidR="004F5C97" w:rsidRPr="004377B1" w:rsidRDefault="004F5C97" w:rsidP="004F5C97">
                              <w:pPr>
                                <w:jc w:val="center"/>
                                <w:rPr>
                                  <w:rFonts w:ascii="Classic Robot" w:hAnsi="Classic Robot"/>
                                  <w:color w:val="000000" w:themeColor="text1"/>
                                  <w:sz w:val="20"/>
                                  <w:szCs w:val="18"/>
                                </w:rPr>
                              </w:pPr>
                              <w:r w:rsidRPr="004377B1">
                                <w:rPr>
                                  <w:rFonts w:ascii="Classic Robot" w:hAnsi="Classic Robot"/>
                                  <w:color w:val="000000" w:themeColor="text1"/>
                                  <w:sz w:val="20"/>
                                  <w:szCs w:val="18"/>
                                </w:rPr>
                                <w:t>Geen dank!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AEB56B" id="Groep 2" o:spid="_x0000_s1026" style="position:absolute;margin-left:375.35pt;margin-top:42.6pt;width:130.25pt;height:96.6pt;z-index:251661824;mso-position-horizontal-relative:page;mso-width-relative:margin;mso-height-relative:margin" coordsize="25688,2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alt="Afbeelding met automaton, tekenfilm, robot, speelgoed&#10;&#10;Door AI gegenereerde inhoud is mogelijk onjuist." style="position:absolute;top:2899;width:20599;height:20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">
                  <v:imagedata r:id="rId10" o:title="Afbeelding met automaton, tekenfilm, robot, speelgoed&#10;&#10;Door AI gegenereerde inhoud is mogelijk onjuist"/>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oelichting met afgeronde rechthoek 1" o:spid="_x0000_s1028" type="#_x0000_t62" style="position:absolute;left:16788;width:8900;height:9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" adj="-4615,25480" fillcolor="white [3212]" strokecolor="#4579b8 [3044]">
                  <v:shadow on="t" color="black" opacity="22937f" origin=",.5" offset="0,.63889mm"/>
                  <v:textbox>
                    <w:txbxContent>
                      <w:p w14:paraId="520C7A53" w14:textId="0A15795F" w:rsidR="004F5C97" w:rsidRPr="004377B1" w:rsidRDefault="004F5C97" w:rsidP="004F5C97">
                        <w:pPr>
                          <w:jc w:val="center"/>
                          <w:rPr>
                            <w:rFonts w:ascii="Classic Robot" w:hAnsi="Classic Robot"/>
                            <w:color w:val="000000" w:themeColor="text1"/>
                            <w:sz w:val="20"/>
                            <w:szCs w:val="18"/>
                          </w:rPr>
                        </w:pPr>
                        <w:r w:rsidRPr="004377B1">
                          <w:rPr>
                            <w:rFonts w:ascii="Classic Robot" w:hAnsi="Classic Robot"/>
                            <w:color w:val="000000" w:themeColor="text1"/>
                            <w:sz w:val="20"/>
                            <w:szCs w:val="18"/>
                          </w:rPr>
                          <w:t>Geen dank!</w:t>
                        </w:r>
                      </w:p>
                    </w:txbxContent>
                  </v:textbox>
                </v:shape>
                <w10:wrap type="square" anchorx="page"/>
              </v:group>
            </w:pict>
          </mc:Fallback>
        </mc:AlternateContent>
      </w:r>
      <w:r w:rsidR="00DE752B" w:rsidRPr="00DE752B">
        <w:rPr>
          <w:rFonts w:ascii="Aptos" w:hAnsi="Aptos"/>
          <w:lang w:val="nl-NL"/>
        </w:rPr>
        <w:t>We vroegen Co Pilo</w:t>
      </w:r>
      <w:r w:rsidR="00DE752B">
        <w:rPr>
          <w:rFonts w:ascii="Aptos" w:hAnsi="Aptos"/>
          <w:lang w:val="nl-NL"/>
        </w:rPr>
        <w:t>o</w:t>
      </w:r>
      <w:r w:rsidR="00DE752B" w:rsidRPr="00DE752B">
        <w:rPr>
          <w:rFonts w:ascii="Aptos" w:hAnsi="Aptos"/>
          <w:lang w:val="nl-NL"/>
        </w:rPr>
        <w:t xml:space="preserve">t om een opsomming </w:t>
      </w:r>
      <w:r w:rsidR="00DE752B">
        <w:rPr>
          <w:rFonts w:ascii="Aptos" w:hAnsi="Aptos"/>
          <w:lang w:val="nl-NL"/>
        </w:rPr>
        <w:t xml:space="preserve">te maken en </w:t>
      </w:r>
      <w:r w:rsidR="00DE752B" w:rsidRPr="00DE752B">
        <w:rPr>
          <w:rFonts w:ascii="Aptos" w:hAnsi="Aptos"/>
          <w:lang w:val="nl-NL"/>
        </w:rPr>
        <w:t xml:space="preserve">een uitleg te geven </w:t>
      </w:r>
      <w:r w:rsidR="00DE752B">
        <w:rPr>
          <w:rFonts w:ascii="Aptos" w:hAnsi="Aptos"/>
          <w:lang w:val="nl-NL"/>
        </w:rPr>
        <w:t xml:space="preserve">van de buitenspellen uit de tekst </w:t>
      </w:r>
      <w:r w:rsidR="00DE752B" w:rsidRPr="00DE752B">
        <w:rPr>
          <w:rFonts w:ascii="Aptos" w:hAnsi="Aptos"/>
          <w:i/>
          <w:iCs/>
          <w:lang w:val="nl-NL"/>
        </w:rPr>
        <w:t>Buitenspeeldag</w:t>
      </w:r>
      <w:r w:rsidR="00DE752B">
        <w:rPr>
          <w:rFonts w:ascii="Aptos" w:hAnsi="Aptos"/>
          <w:lang w:val="nl-NL"/>
        </w:rPr>
        <w:t>. Laat je inspireren en speel met je klas een aantal van deze suggesties. Schakel eventueel hulp in van oudere leerlingen en organiseer een spelletjescircuit.</w:t>
      </w:r>
    </w:p>
    <w:p w14:paraId="35FBC28C" w14:textId="4BBC4938" w:rsidR="004377B1" w:rsidRDefault="004377B1">
      <w:pPr>
        <w:pStyle w:val="Kop2"/>
        <w:rPr>
          <w:rFonts w:ascii="Aptos" w:hAnsi="Aptos"/>
          <w:lang w:val="nl-NL"/>
        </w:rPr>
      </w:pPr>
    </w:p>
    <w:p w14:paraId="7A256254" w14:textId="77777777" w:rsidR="004377B1" w:rsidRDefault="004377B1">
      <w:pPr>
        <w:pStyle w:val="Kop2"/>
        <w:rPr>
          <w:rFonts w:ascii="Aptos" w:hAnsi="Aptos"/>
          <w:lang w:val="nl-NL"/>
        </w:rPr>
      </w:pPr>
    </w:p>
    <w:p w14:paraId="5A8C2148" w14:textId="77777777" w:rsidR="004377B1" w:rsidRDefault="004377B1">
      <w:pPr>
        <w:pStyle w:val="Kop2"/>
        <w:rPr>
          <w:rFonts w:ascii="Aptos" w:hAnsi="Aptos"/>
          <w:lang w:val="nl-NL"/>
        </w:rPr>
      </w:pPr>
    </w:p>
    <w:p w14:paraId="19B20069" w14:textId="073A16DF" w:rsidR="002B0E4D" w:rsidRPr="00DE752B" w:rsidRDefault="00000000">
      <w:pPr>
        <w:pStyle w:val="Kop2"/>
        <w:rPr>
          <w:rFonts w:ascii="Aptos" w:hAnsi="Aptos"/>
          <w:lang w:val="nl-NL"/>
        </w:rPr>
      </w:pPr>
      <w:r w:rsidRPr="00DE752B">
        <w:rPr>
          <w:rFonts w:ascii="Aptos" w:hAnsi="Aptos"/>
          <w:lang w:val="nl-NL"/>
        </w:rPr>
        <w:t>Touwtje springen</w:t>
      </w:r>
    </w:p>
    <w:p w14:paraId="5CC673F7" w14:textId="3A591550" w:rsidR="002B0E4D" w:rsidRPr="00DE752B" w:rsidRDefault="00000000">
      <w:pPr>
        <w:rPr>
          <w:rFonts w:ascii="Aptos" w:hAnsi="Aptos"/>
          <w:lang w:val="nl-NL"/>
        </w:rPr>
      </w:pPr>
      <w:r w:rsidRPr="00DE752B">
        <w:rPr>
          <w:rFonts w:ascii="Aptos" w:hAnsi="Aptos"/>
          <w:lang w:val="nl-NL"/>
        </w:rPr>
        <w:t>Springen over een draaiend touw, alleen of met meerdere kinderen. Het is een geweldige manier om actief te blijven en je coördinatie te verbeteren.</w:t>
      </w:r>
    </w:p>
    <w:p w14:paraId="445BB0EF" w14:textId="77777777" w:rsidR="002B0E4D" w:rsidRPr="00DE752B" w:rsidRDefault="00000000">
      <w:pPr>
        <w:pStyle w:val="Kop2"/>
        <w:rPr>
          <w:rFonts w:ascii="Aptos" w:hAnsi="Aptos"/>
          <w:lang w:val="nl-NL"/>
        </w:rPr>
      </w:pPr>
      <w:r w:rsidRPr="00DE752B">
        <w:rPr>
          <w:rFonts w:ascii="Aptos" w:hAnsi="Aptos"/>
          <w:lang w:val="nl-NL"/>
        </w:rPr>
        <w:t>Hinkelen</w:t>
      </w:r>
    </w:p>
    <w:p w14:paraId="0C9F9160" w14:textId="77777777" w:rsidR="002B0E4D" w:rsidRPr="00DE752B" w:rsidRDefault="00000000">
      <w:pPr>
        <w:rPr>
          <w:rFonts w:ascii="Aptos" w:hAnsi="Aptos"/>
          <w:lang w:val="nl-NL"/>
        </w:rPr>
      </w:pPr>
      <w:r w:rsidRPr="00DE752B">
        <w:rPr>
          <w:rFonts w:ascii="Aptos" w:hAnsi="Aptos"/>
          <w:lang w:val="nl-NL"/>
        </w:rPr>
        <w:t>Een spel waarbij kinderen op één been springen door een getekend patroon op de grond. Het patroon bestaat meestal uit genummerde vakken.</w:t>
      </w:r>
    </w:p>
    <w:p w14:paraId="6098CD77" w14:textId="77777777" w:rsidR="002B0E4D" w:rsidRPr="00DE752B" w:rsidRDefault="00000000">
      <w:pPr>
        <w:pStyle w:val="Kop2"/>
        <w:rPr>
          <w:rFonts w:ascii="Aptos" w:hAnsi="Aptos"/>
          <w:lang w:val="nl-NL"/>
        </w:rPr>
      </w:pPr>
      <w:r w:rsidRPr="00DE752B">
        <w:rPr>
          <w:rFonts w:ascii="Aptos" w:hAnsi="Aptos"/>
          <w:lang w:val="nl-NL"/>
        </w:rPr>
        <w:t>Stoepkrijten</w:t>
      </w:r>
    </w:p>
    <w:p w14:paraId="610F33E8" w14:textId="77777777" w:rsidR="002B0E4D" w:rsidRPr="00DE752B" w:rsidRDefault="00000000">
      <w:pPr>
        <w:rPr>
          <w:rFonts w:ascii="Aptos" w:hAnsi="Aptos"/>
          <w:lang w:val="nl-NL"/>
        </w:rPr>
      </w:pPr>
      <w:r w:rsidRPr="00DE752B">
        <w:rPr>
          <w:rFonts w:ascii="Aptos" w:hAnsi="Aptos"/>
          <w:lang w:val="nl-NL"/>
        </w:rPr>
        <w:t>Creatieve tekeningen maken op de stoep met stoepkrijt. Kinderen kunnen hun fantasie de vrije loop laten en allerlei kunstwerken maken.</w:t>
      </w:r>
    </w:p>
    <w:p w14:paraId="1F4737C8" w14:textId="77777777" w:rsidR="002B0E4D" w:rsidRPr="00DE752B" w:rsidRDefault="00000000">
      <w:pPr>
        <w:pStyle w:val="Kop2"/>
        <w:rPr>
          <w:rFonts w:ascii="Aptos" w:hAnsi="Aptos"/>
          <w:lang w:val="nl-NL"/>
        </w:rPr>
      </w:pPr>
      <w:r w:rsidRPr="00DE752B">
        <w:rPr>
          <w:rFonts w:ascii="Aptos" w:hAnsi="Aptos"/>
          <w:lang w:val="nl-NL"/>
        </w:rPr>
        <w:t>Schat zoeken</w:t>
      </w:r>
    </w:p>
    <w:p w14:paraId="0A33A7BC" w14:textId="77777777" w:rsidR="002B0E4D" w:rsidRPr="00DE752B" w:rsidRDefault="00000000">
      <w:pPr>
        <w:rPr>
          <w:rFonts w:ascii="Aptos" w:hAnsi="Aptos"/>
          <w:lang w:val="nl-NL"/>
        </w:rPr>
      </w:pPr>
      <w:r w:rsidRPr="00DE752B">
        <w:rPr>
          <w:rFonts w:ascii="Aptos" w:hAnsi="Aptos"/>
          <w:lang w:val="nl-NL"/>
        </w:rPr>
        <w:t>Een speurtocht waarbij kinderen aanwijzingen volgen om een 'schat' te vinden. Dit kan zowel binnen als buiten worden gedaan en stimuleert probleemoplossend denken.</w:t>
      </w:r>
    </w:p>
    <w:p w14:paraId="7AB693FC" w14:textId="77777777" w:rsidR="002B0E4D" w:rsidRPr="00DE752B" w:rsidRDefault="00000000">
      <w:pPr>
        <w:pStyle w:val="Kop2"/>
        <w:rPr>
          <w:rFonts w:ascii="Aptos" w:hAnsi="Aptos"/>
          <w:lang w:val="nl-NL"/>
        </w:rPr>
      </w:pPr>
      <w:r w:rsidRPr="00DE752B">
        <w:rPr>
          <w:rFonts w:ascii="Aptos" w:hAnsi="Aptos"/>
          <w:lang w:val="nl-NL"/>
        </w:rPr>
        <w:t>Zaklopen</w:t>
      </w:r>
    </w:p>
    <w:p w14:paraId="49582FB2" w14:textId="77777777" w:rsidR="002B0E4D" w:rsidRPr="00DE752B" w:rsidRDefault="00000000">
      <w:pPr>
        <w:rPr>
          <w:rFonts w:ascii="Aptos" w:hAnsi="Aptos"/>
          <w:lang w:val="nl-NL"/>
        </w:rPr>
      </w:pPr>
      <w:r w:rsidRPr="00DE752B">
        <w:rPr>
          <w:rFonts w:ascii="Aptos" w:hAnsi="Aptos"/>
          <w:lang w:val="nl-NL"/>
        </w:rPr>
        <w:t>Rennen terwijl je in een zak staat, vaak als onderdeel van een wedstrijd. Het is een hilarische manier om te racen en vereist balans en coördinatie.</w:t>
      </w:r>
    </w:p>
    <w:p w14:paraId="572A90F6" w14:textId="77777777" w:rsidR="002B0E4D" w:rsidRPr="00DE752B" w:rsidRDefault="00000000">
      <w:pPr>
        <w:pStyle w:val="Kop2"/>
        <w:rPr>
          <w:rFonts w:ascii="Aptos" w:hAnsi="Aptos"/>
          <w:lang w:val="nl-NL"/>
        </w:rPr>
      </w:pPr>
      <w:r w:rsidRPr="00DE752B">
        <w:rPr>
          <w:rFonts w:ascii="Aptos" w:hAnsi="Aptos"/>
          <w:lang w:val="nl-NL"/>
        </w:rPr>
        <w:t>Boompje klimmen</w:t>
      </w:r>
    </w:p>
    <w:p w14:paraId="17080A48" w14:textId="77777777" w:rsidR="002B0E4D" w:rsidRPr="00DE752B" w:rsidRDefault="00000000">
      <w:pPr>
        <w:rPr>
          <w:rFonts w:ascii="Aptos" w:hAnsi="Aptos"/>
          <w:lang w:val="nl-NL"/>
        </w:rPr>
      </w:pPr>
      <w:r w:rsidRPr="00DE752B">
        <w:rPr>
          <w:rFonts w:ascii="Aptos" w:hAnsi="Aptos"/>
          <w:lang w:val="nl-NL"/>
        </w:rPr>
        <w:t>Klimmen in bomen, altijd onder toezicht voor veiligheid. Dit spel helpt kinderen om hun fysieke vaardigheden en zelfvertrouwen te ontwikkelen.</w:t>
      </w:r>
    </w:p>
    <w:p w14:paraId="2A7F28A0" w14:textId="77777777" w:rsidR="002B0E4D" w:rsidRPr="00DE752B" w:rsidRDefault="00000000">
      <w:pPr>
        <w:pStyle w:val="Kop2"/>
        <w:rPr>
          <w:rFonts w:ascii="Aptos" w:hAnsi="Aptos"/>
          <w:lang w:val="nl-NL"/>
        </w:rPr>
      </w:pPr>
      <w:r w:rsidRPr="00DE752B">
        <w:rPr>
          <w:rFonts w:ascii="Aptos" w:hAnsi="Aptos"/>
          <w:lang w:val="nl-NL"/>
        </w:rPr>
        <w:t>Estafette</w:t>
      </w:r>
    </w:p>
    <w:p w14:paraId="6B464C01" w14:textId="77777777" w:rsidR="002B0E4D" w:rsidRPr="00DE752B" w:rsidRDefault="00000000">
      <w:pPr>
        <w:rPr>
          <w:rFonts w:ascii="Aptos" w:hAnsi="Aptos"/>
          <w:lang w:val="nl-NL"/>
        </w:rPr>
      </w:pPr>
      <w:r w:rsidRPr="00DE752B">
        <w:rPr>
          <w:rFonts w:ascii="Aptos" w:hAnsi="Aptos"/>
          <w:lang w:val="nl-NL"/>
        </w:rPr>
        <w:t>Een race waarbij teams om de beurt een parcours afleggen. Het team dat als eerste het parcours voltooit, wint. Dit spel bevordert teamwork en snelheid.</w:t>
      </w:r>
    </w:p>
    <w:p w14:paraId="02DE9FF4" w14:textId="77777777" w:rsidR="002B0E4D" w:rsidRPr="00DE752B" w:rsidRDefault="00000000">
      <w:pPr>
        <w:pStyle w:val="Kop2"/>
        <w:rPr>
          <w:rFonts w:ascii="Aptos" w:hAnsi="Aptos"/>
          <w:lang w:val="nl-NL"/>
        </w:rPr>
      </w:pPr>
      <w:r w:rsidRPr="00DE752B">
        <w:rPr>
          <w:rFonts w:ascii="Aptos" w:hAnsi="Aptos"/>
          <w:lang w:val="nl-NL"/>
        </w:rPr>
        <w:t>Knikkeren</w:t>
      </w:r>
    </w:p>
    <w:p w14:paraId="31AB022C" w14:textId="77777777" w:rsidR="002B0E4D" w:rsidRPr="00DE752B" w:rsidRDefault="00000000">
      <w:pPr>
        <w:rPr>
          <w:rFonts w:ascii="Aptos" w:hAnsi="Aptos"/>
          <w:lang w:val="nl-NL"/>
        </w:rPr>
      </w:pPr>
      <w:r w:rsidRPr="00DE752B">
        <w:rPr>
          <w:rFonts w:ascii="Aptos" w:hAnsi="Aptos"/>
          <w:lang w:val="nl-NL"/>
        </w:rPr>
        <w:t>Een spel waarbij spelers knikkers proberen te winnen door ze in een kuiltje te schieten. Het doel is om zoveel mogelijk knikkers van je tegenstander te winnen.</w:t>
      </w:r>
    </w:p>
    <w:p w14:paraId="087F241D" w14:textId="77777777" w:rsidR="002B0E4D" w:rsidRPr="00DE752B" w:rsidRDefault="00000000">
      <w:pPr>
        <w:pStyle w:val="Kop2"/>
        <w:rPr>
          <w:rFonts w:ascii="Aptos" w:hAnsi="Aptos"/>
          <w:lang w:val="nl-NL"/>
        </w:rPr>
      </w:pPr>
      <w:r w:rsidRPr="00DE752B">
        <w:rPr>
          <w:rFonts w:ascii="Aptos" w:hAnsi="Aptos"/>
          <w:lang w:val="nl-NL"/>
        </w:rPr>
        <w:t>Hutten bouwen</w:t>
      </w:r>
    </w:p>
    <w:p w14:paraId="109913A7" w14:textId="77777777" w:rsidR="002B0E4D" w:rsidRPr="00DE752B" w:rsidRDefault="00000000">
      <w:pPr>
        <w:rPr>
          <w:rFonts w:ascii="Aptos" w:hAnsi="Aptos"/>
          <w:lang w:val="nl-NL"/>
        </w:rPr>
      </w:pPr>
      <w:r w:rsidRPr="00DE752B">
        <w:rPr>
          <w:rFonts w:ascii="Aptos" w:hAnsi="Aptos"/>
          <w:lang w:val="nl-NL"/>
        </w:rPr>
        <w:t>Het maken van een schuilplaats of hut met behulp van takken, bladeren, dekens en andere materialen. Dit stimuleert creativiteit en samenwerking.</w:t>
      </w:r>
    </w:p>
    <w:p w14:paraId="5B939A19" w14:textId="77777777" w:rsidR="002B0E4D" w:rsidRPr="00DE752B" w:rsidRDefault="00000000">
      <w:pPr>
        <w:pStyle w:val="Kop2"/>
        <w:rPr>
          <w:rFonts w:ascii="Aptos" w:hAnsi="Aptos"/>
          <w:lang w:val="nl-NL"/>
        </w:rPr>
      </w:pPr>
      <w:r w:rsidRPr="00DE752B">
        <w:rPr>
          <w:rFonts w:ascii="Aptos" w:hAnsi="Aptos"/>
          <w:lang w:val="nl-NL"/>
        </w:rPr>
        <w:lastRenderedPageBreak/>
        <w:t>Voetballen</w:t>
      </w:r>
    </w:p>
    <w:p w14:paraId="488BA645" w14:textId="77777777" w:rsidR="002B0E4D" w:rsidRPr="00DE752B" w:rsidRDefault="00000000">
      <w:pPr>
        <w:rPr>
          <w:rFonts w:ascii="Aptos" w:hAnsi="Aptos"/>
          <w:lang w:val="nl-NL"/>
        </w:rPr>
      </w:pPr>
      <w:r w:rsidRPr="00DE752B">
        <w:rPr>
          <w:rFonts w:ascii="Aptos" w:hAnsi="Aptos"/>
          <w:lang w:val="nl-NL"/>
        </w:rPr>
        <w:t>Een teamsport waarbij twee teams proberen een bal in het doel van de tegenstander te krijgen. Het is een geweldige manier om actief te blijven en teamwork te bevorderen.</w:t>
      </w:r>
    </w:p>
    <w:p w14:paraId="30768234" w14:textId="77777777" w:rsidR="002B0E4D" w:rsidRPr="00DE752B" w:rsidRDefault="00000000">
      <w:pPr>
        <w:pStyle w:val="Kop2"/>
        <w:rPr>
          <w:rFonts w:ascii="Aptos" w:hAnsi="Aptos"/>
          <w:lang w:val="nl-NL"/>
        </w:rPr>
      </w:pPr>
      <w:r w:rsidRPr="00DE752B">
        <w:rPr>
          <w:rFonts w:ascii="Aptos" w:hAnsi="Aptos"/>
          <w:lang w:val="nl-NL"/>
        </w:rPr>
        <w:t>Lummelen</w:t>
      </w:r>
    </w:p>
    <w:p w14:paraId="4D6DD643" w14:textId="77777777" w:rsidR="002B0E4D" w:rsidRPr="00DE752B" w:rsidRDefault="00000000">
      <w:pPr>
        <w:rPr>
          <w:rFonts w:ascii="Aptos" w:hAnsi="Aptos"/>
          <w:lang w:val="nl-NL"/>
        </w:rPr>
      </w:pPr>
      <w:r w:rsidRPr="00DE752B">
        <w:rPr>
          <w:rFonts w:ascii="Aptos" w:hAnsi="Aptos"/>
          <w:lang w:val="nl-NL"/>
        </w:rPr>
        <w:t>Een simpel spel waarbij één persoon in het midden staat en probeert een bal te vangen die door de anderen wordt overgegooid. Het doel is om de bal niet door de persoon in het midden te laten vangen.</w:t>
      </w:r>
    </w:p>
    <w:p w14:paraId="09C1AC39" w14:textId="77777777" w:rsidR="002B0E4D" w:rsidRPr="00DE752B" w:rsidRDefault="00000000">
      <w:pPr>
        <w:pStyle w:val="Kop2"/>
        <w:rPr>
          <w:rFonts w:ascii="Aptos" w:hAnsi="Aptos"/>
          <w:lang w:val="nl-NL"/>
        </w:rPr>
      </w:pPr>
      <w:r w:rsidRPr="00DE752B">
        <w:rPr>
          <w:rFonts w:ascii="Aptos" w:hAnsi="Aptos"/>
          <w:lang w:val="nl-NL"/>
        </w:rPr>
        <w:t>Tafelen</w:t>
      </w:r>
    </w:p>
    <w:p w14:paraId="65F8BF0D" w14:textId="77777777" w:rsidR="002B0E4D" w:rsidRPr="00DE752B" w:rsidRDefault="00000000">
      <w:pPr>
        <w:rPr>
          <w:rFonts w:ascii="Aptos" w:hAnsi="Aptos"/>
          <w:lang w:val="nl-NL"/>
        </w:rPr>
      </w:pPr>
      <w:r w:rsidRPr="00DE752B">
        <w:rPr>
          <w:rFonts w:ascii="Aptos" w:hAnsi="Aptos"/>
          <w:lang w:val="nl-NL"/>
        </w:rPr>
        <w:t>Een spel waarbij een bal over een tafel heen en weer wordt geslagen met de hand of een batje. Het lijkt op tafeltennis, maar vaak zonder net.</w:t>
      </w:r>
    </w:p>
    <w:p w14:paraId="12C64658" w14:textId="77777777" w:rsidR="002B0E4D" w:rsidRPr="00DE752B" w:rsidRDefault="00000000">
      <w:pPr>
        <w:pStyle w:val="Kop2"/>
        <w:rPr>
          <w:rFonts w:ascii="Aptos" w:hAnsi="Aptos"/>
          <w:lang w:val="nl-NL"/>
        </w:rPr>
      </w:pPr>
      <w:r w:rsidRPr="00DE752B">
        <w:rPr>
          <w:rFonts w:ascii="Aptos" w:hAnsi="Aptos"/>
          <w:lang w:val="nl-NL"/>
        </w:rPr>
        <w:t>Stoepranden</w:t>
      </w:r>
    </w:p>
    <w:p w14:paraId="5B8551AB" w14:textId="77777777" w:rsidR="002B0E4D" w:rsidRPr="00DE752B" w:rsidRDefault="00000000">
      <w:pPr>
        <w:rPr>
          <w:rFonts w:ascii="Aptos" w:hAnsi="Aptos"/>
          <w:lang w:val="nl-NL"/>
        </w:rPr>
      </w:pPr>
      <w:r w:rsidRPr="00DE752B">
        <w:rPr>
          <w:rFonts w:ascii="Aptos" w:hAnsi="Aptos"/>
          <w:lang w:val="nl-NL"/>
        </w:rPr>
        <w:t>Een spel waarbij spelers proberen een bal tegen de stoeprand aan de overkant van de straat te gooien zodat deze terugkaatst. Het doel is om de bal zo te gooien dat hij precies op de rand landt.</w:t>
      </w:r>
    </w:p>
    <w:p w14:paraId="249AF3B3" w14:textId="77777777" w:rsidR="002B0E4D" w:rsidRPr="00DE752B" w:rsidRDefault="00000000">
      <w:pPr>
        <w:pStyle w:val="Kop2"/>
        <w:rPr>
          <w:rFonts w:ascii="Aptos" w:hAnsi="Aptos"/>
          <w:lang w:val="nl-NL"/>
        </w:rPr>
      </w:pPr>
      <w:r w:rsidRPr="00DE752B">
        <w:rPr>
          <w:rFonts w:ascii="Aptos" w:hAnsi="Aptos"/>
          <w:lang w:val="nl-NL"/>
        </w:rPr>
        <w:t>Vliegeren</w:t>
      </w:r>
    </w:p>
    <w:p w14:paraId="6783E70D" w14:textId="77777777" w:rsidR="002B0E4D" w:rsidRPr="00DE752B" w:rsidRDefault="00000000">
      <w:pPr>
        <w:rPr>
          <w:rFonts w:ascii="Aptos" w:hAnsi="Aptos"/>
          <w:lang w:val="nl-NL"/>
        </w:rPr>
      </w:pPr>
      <w:r w:rsidRPr="00DE752B">
        <w:rPr>
          <w:rFonts w:ascii="Aptos" w:hAnsi="Aptos"/>
          <w:lang w:val="nl-NL"/>
        </w:rPr>
        <w:t>Het oplaten van een vlieger in de lucht met behulp van de wind. Dit kan zowel ontspannend als uitdagend zijn, afhankelijk van de windomstandigheden.</w:t>
      </w:r>
    </w:p>
    <w:p w14:paraId="4A43D36F" w14:textId="77777777" w:rsidR="002B0E4D" w:rsidRPr="00DE752B" w:rsidRDefault="00000000">
      <w:pPr>
        <w:pStyle w:val="Kop2"/>
        <w:rPr>
          <w:rFonts w:ascii="Aptos" w:hAnsi="Aptos"/>
          <w:lang w:val="nl-NL"/>
        </w:rPr>
      </w:pPr>
      <w:r w:rsidRPr="00DE752B">
        <w:rPr>
          <w:rFonts w:ascii="Aptos" w:hAnsi="Aptos"/>
          <w:lang w:val="nl-NL"/>
        </w:rPr>
        <w:t>Jachtseizoen</w:t>
      </w:r>
    </w:p>
    <w:p w14:paraId="271330E1" w14:textId="77777777" w:rsidR="002B0E4D" w:rsidRPr="00DE752B" w:rsidRDefault="00000000">
      <w:pPr>
        <w:rPr>
          <w:rFonts w:ascii="Aptos" w:hAnsi="Aptos"/>
          <w:lang w:val="nl-NL"/>
        </w:rPr>
      </w:pPr>
      <w:r w:rsidRPr="00DE752B">
        <w:rPr>
          <w:rFonts w:ascii="Aptos" w:hAnsi="Aptos"/>
          <w:lang w:val="nl-NL"/>
        </w:rPr>
        <w:t>Een buitenspel waarbij één team de jagers zijn en het andere team de prooien. De jagers proberen de prooien te vangen binnen een bepaald gebied en tijdsbestek.</w:t>
      </w:r>
    </w:p>
    <w:p w14:paraId="2646DC44" w14:textId="77777777" w:rsidR="002B0E4D" w:rsidRPr="00DE752B" w:rsidRDefault="00000000">
      <w:pPr>
        <w:pStyle w:val="Kop2"/>
        <w:rPr>
          <w:rFonts w:ascii="Aptos" w:hAnsi="Aptos"/>
          <w:lang w:val="nl-NL"/>
        </w:rPr>
      </w:pPr>
      <w:r w:rsidRPr="00DE752B">
        <w:rPr>
          <w:rFonts w:ascii="Aptos" w:hAnsi="Aptos"/>
          <w:lang w:val="nl-NL"/>
        </w:rPr>
        <w:t>Verstoppertje</w:t>
      </w:r>
    </w:p>
    <w:p w14:paraId="077CDCD8" w14:textId="77777777" w:rsidR="002B0E4D" w:rsidRPr="00DE752B" w:rsidRDefault="00000000">
      <w:pPr>
        <w:rPr>
          <w:rFonts w:ascii="Aptos" w:hAnsi="Aptos"/>
          <w:lang w:val="nl-NL"/>
        </w:rPr>
      </w:pPr>
      <w:r w:rsidRPr="00DE752B">
        <w:rPr>
          <w:rFonts w:ascii="Aptos" w:hAnsi="Aptos"/>
          <w:lang w:val="nl-NL"/>
        </w:rPr>
        <w:t>Een klassiek spel waarbij één persoon telt terwijl de anderen zich verstoppen. De zoeker moet vervolgens proberen iedereen te vinden.</w:t>
      </w:r>
    </w:p>
    <w:p w14:paraId="5C311086" w14:textId="77777777" w:rsidR="002B0E4D" w:rsidRPr="00DE752B" w:rsidRDefault="00000000">
      <w:pPr>
        <w:pStyle w:val="Kop2"/>
        <w:rPr>
          <w:rFonts w:ascii="Aptos" w:hAnsi="Aptos"/>
          <w:lang w:val="nl-NL"/>
        </w:rPr>
      </w:pPr>
      <w:r w:rsidRPr="00DE752B">
        <w:rPr>
          <w:rFonts w:ascii="Aptos" w:hAnsi="Aptos"/>
          <w:lang w:val="nl-NL"/>
        </w:rPr>
        <w:t>Anna-Maria Koekoek</w:t>
      </w:r>
    </w:p>
    <w:p w14:paraId="6153DE83" w14:textId="77777777" w:rsidR="002B0E4D" w:rsidRPr="00DE752B" w:rsidRDefault="00000000">
      <w:pPr>
        <w:rPr>
          <w:rFonts w:ascii="Aptos" w:hAnsi="Aptos"/>
          <w:lang w:val="nl-NL"/>
        </w:rPr>
      </w:pPr>
      <w:r w:rsidRPr="00DE752B">
        <w:rPr>
          <w:rFonts w:ascii="Aptos" w:hAnsi="Aptos"/>
          <w:lang w:val="nl-NL"/>
        </w:rPr>
        <w:t>Een variant van verstoppertje waarbij de zoeker 'Anna-Maria Koekoek' roept en zich omdraait. De anderen proberen dichterbij te komen zonder gezien te worden.</w:t>
      </w:r>
    </w:p>
    <w:p w14:paraId="698C2EC4" w14:textId="77777777" w:rsidR="002B0E4D" w:rsidRPr="00DE752B" w:rsidRDefault="00000000">
      <w:pPr>
        <w:pStyle w:val="Kop2"/>
        <w:rPr>
          <w:rFonts w:ascii="Aptos" w:hAnsi="Aptos"/>
          <w:lang w:val="nl-NL"/>
        </w:rPr>
      </w:pPr>
      <w:r w:rsidRPr="00DE752B">
        <w:rPr>
          <w:rFonts w:ascii="Aptos" w:hAnsi="Aptos"/>
          <w:lang w:val="nl-NL"/>
        </w:rPr>
        <w:t>Tikkertje</w:t>
      </w:r>
    </w:p>
    <w:p w14:paraId="41EAF39D" w14:textId="77777777" w:rsidR="002B0E4D" w:rsidRPr="00DE752B" w:rsidRDefault="00000000">
      <w:pPr>
        <w:rPr>
          <w:rFonts w:ascii="Aptos" w:hAnsi="Aptos"/>
          <w:lang w:val="nl-NL"/>
        </w:rPr>
      </w:pPr>
      <w:r w:rsidRPr="00DE752B">
        <w:rPr>
          <w:rFonts w:ascii="Aptos" w:hAnsi="Aptos"/>
          <w:lang w:val="nl-NL"/>
        </w:rPr>
        <w:t xml:space="preserve">Een </w:t>
      </w:r>
      <w:proofErr w:type="spellStart"/>
      <w:r w:rsidRPr="00DE752B">
        <w:rPr>
          <w:rFonts w:ascii="Aptos" w:hAnsi="Aptos"/>
          <w:lang w:val="nl-NL"/>
        </w:rPr>
        <w:t>renspel</w:t>
      </w:r>
      <w:proofErr w:type="spellEnd"/>
      <w:r w:rsidRPr="00DE752B">
        <w:rPr>
          <w:rFonts w:ascii="Aptos" w:hAnsi="Aptos"/>
          <w:lang w:val="nl-NL"/>
        </w:rPr>
        <w:t xml:space="preserve"> waarbij één persoon de tikker is en probeert anderen aan te tikken. Wie getikt wordt, wordt de nieuwe tikker.</w:t>
      </w:r>
    </w:p>
    <w:p w14:paraId="6D90A2C7" w14:textId="77777777" w:rsidR="002B0E4D" w:rsidRPr="00DE752B" w:rsidRDefault="00000000">
      <w:pPr>
        <w:pStyle w:val="Kop2"/>
        <w:rPr>
          <w:rFonts w:ascii="Aptos" w:hAnsi="Aptos"/>
          <w:lang w:val="nl-NL"/>
        </w:rPr>
      </w:pPr>
      <w:r w:rsidRPr="00DE752B">
        <w:rPr>
          <w:rFonts w:ascii="Aptos" w:hAnsi="Aptos"/>
          <w:lang w:val="nl-NL"/>
        </w:rPr>
        <w:t>Boompje verwisselen</w:t>
      </w:r>
    </w:p>
    <w:p w14:paraId="60C196D7" w14:textId="77777777" w:rsidR="002B0E4D" w:rsidRDefault="00000000">
      <w:pPr>
        <w:rPr>
          <w:rFonts w:ascii="Aptos" w:hAnsi="Aptos"/>
          <w:lang w:val="nl-NL"/>
        </w:rPr>
      </w:pPr>
      <w:r w:rsidRPr="00DE752B">
        <w:rPr>
          <w:rFonts w:ascii="Aptos" w:hAnsi="Aptos"/>
          <w:lang w:val="nl-NL"/>
        </w:rPr>
        <w:t>Een spel waarbij spelers van boom naar boom rennen terwijl één persoon probeert hen te tikken. Het doel is om niet getikt te worden terwijl je van boom wisselt.</w:t>
      </w:r>
    </w:p>
    <w:p w14:paraId="29160229" w14:textId="151A2A0F" w:rsidR="009E5F38" w:rsidRDefault="009E5F38" w:rsidP="009E5F38">
      <w:pPr>
        <w:pStyle w:val="Kop2"/>
        <w:rPr>
          <w:rFonts w:ascii="Aptos" w:hAnsi="Aptos"/>
          <w:lang w:val="nl-NL"/>
        </w:rPr>
      </w:pPr>
      <w:r>
        <w:rPr>
          <w:rFonts w:ascii="Aptos" w:hAnsi="Aptos"/>
          <w:lang w:val="nl-NL"/>
        </w:rPr>
        <w:t>Buskruit</w:t>
      </w:r>
    </w:p>
    <w:p w14:paraId="6427D42A" w14:textId="5F6506DB" w:rsidR="00231D88" w:rsidRPr="00231D88" w:rsidRDefault="00231D88" w:rsidP="00231D88">
      <w:pPr>
        <w:rPr>
          <w:rFonts w:ascii="Aptos" w:hAnsi="Aptos"/>
          <w:lang w:val="nl-NL"/>
        </w:rPr>
      </w:pPr>
      <w:r w:rsidRPr="00231D88">
        <w:rPr>
          <w:rFonts w:ascii="Aptos" w:hAnsi="Aptos"/>
          <w:lang w:val="nl-NL"/>
        </w:rPr>
        <w:t>Buskruit is een buitenspel waarbij één speler de zoeker is en de rest zich verstopt. De zoeker telt tot een afgesproken getal en gaat dan op zoek naar de anderen. Gevonden spelers moeten naar een centraal object (het "buskruit"</w:t>
      </w:r>
      <w:r w:rsidR="00C538DF">
        <w:rPr>
          <w:rFonts w:ascii="Aptos" w:hAnsi="Aptos"/>
          <w:lang w:val="nl-NL"/>
        </w:rPr>
        <w:t>, meestal een voetbal</w:t>
      </w:r>
      <w:r w:rsidRPr="00231D88">
        <w:rPr>
          <w:rFonts w:ascii="Aptos" w:hAnsi="Aptos"/>
          <w:lang w:val="nl-NL"/>
        </w:rPr>
        <w:t>) rennen en het aanraken om vrij te zijn. Het spel eindigt wanneer alle spelers gevonden zijn of vrij zijn.</w:t>
      </w:r>
      <w:r w:rsidR="002B5F54">
        <w:rPr>
          <w:rFonts w:ascii="Aptos" w:hAnsi="Aptos"/>
          <w:lang w:val="nl-NL"/>
        </w:rPr>
        <w:t xml:space="preserve"> </w:t>
      </w:r>
    </w:p>
    <w:p w14:paraId="5EF7C6B3" w14:textId="77777777" w:rsidR="009E5F38" w:rsidRPr="00DE752B" w:rsidRDefault="009E5F38">
      <w:pPr>
        <w:rPr>
          <w:rFonts w:ascii="Aptos" w:hAnsi="Aptos"/>
          <w:lang w:val="nl-NL"/>
        </w:rPr>
      </w:pPr>
    </w:p>
    <w:sectPr w:rsidR="009E5F38" w:rsidRPr="00DE752B" w:rsidSect="00DE752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E0002AFF" w:usb1="C0007843" w:usb2="00000009" w:usb3="00000000" w:csb0="000001FF" w:csb1="00000000"/>
  </w:font>
  <w:font w:name="Aptos">
    <w:charset w:val="00"/>
    <w:family w:val="swiss"/>
    <w:pitch w:val="variable"/>
    <w:sig w:usb0="20000287" w:usb1="00000003" w:usb2="00000000" w:usb3="00000000" w:csb0="0000019F" w:csb1="00000000"/>
  </w:font>
  <w:font w:name="Classic Robot">
    <w:altName w:val="Calibri"/>
    <w:charset w:val="00"/>
    <w:family w:val="auto"/>
    <w:pitch w:val="variable"/>
    <w:sig w:usb0="800000A7" w:usb1="5000004A"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jstnummering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jstnummering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jstopsomteken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jstopsomteken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jstnummering"/>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jstopsomteken"/>
      <w:lvlText w:val=""/>
      <w:lvlJc w:val="left"/>
      <w:pPr>
        <w:tabs>
          <w:tab w:val="num" w:pos="360"/>
        </w:tabs>
        <w:ind w:left="360" w:hanging="360"/>
      </w:pPr>
      <w:rPr>
        <w:rFonts w:ascii="Symbol" w:hAnsi="Symbol" w:hint="default"/>
      </w:rPr>
    </w:lvl>
  </w:abstractNum>
  <w:num w:numId="1" w16cid:durableId="790704230">
    <w:abstractNumId w:val="8"/>
  </w:num>
  <w:num w:numId="2" w16cid:durableId="487137559">
    <w:abstractNumId w:val="6"/>
  </w:num>
  <w:num w:numId="3" w16cid:durableId="885483276">
    <w:abstractNumId w:val="5"/>
  </w:num>
  <w:num w:numId="4" w16cid:durableId="1458984483">
    <w:abstractNumId w:val="4"/>
  </w:num>
  <w:num w:numId="5" w16cid:durableId="1529247997">
    <w:abstractNumId w:val="7"/>
  </w:num>
  <w:num w:numId="6" w16cid:durableId="1055274235">
    <w:abstractNumId w:val="3"/>
  </w:num>
  <w:num w:numId="7" w16cid:durableId="2049719005">
    <w:abstractNumId w:val="2"/>
  </w:num>
  <w:num w:numId="8" w16cid:durableId="1290017254">
    <w:abstractNumId w:val="1"/>
  </w:num>
  <w:num w:numId="9" w16cid:durableId="19305017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D60BA"/>
    <w:rsid w:val="0015074B"/>
    <w:rsid w:val="00170BDB"/>
    <w:rsid w:val="001F1A01"/>
    <w:rsid w:val="00231D88"/>
    <w:rsid w:val="0029639D"/>
    <w:rsid w:val="002B0E4D"/>
    <w:rsid w:val="002B5F54"/>
    <w:rsid w:val="00326F90"/>
    <w:rsid w:val="0043128D"/>
    <w:rsid w:val="004377B1"/>
    <w:rsid w:val="004F5C97"/>
    <w:rsid w:val="005B18CE"/>
    <w:rsid w:val="00982C63"/>
    <w:rsid w:val="009E5F38"/>
    <w:rsid w:val="00AA1D8D"/>
    <w:rsid w:val="00B47730"/>
    <w:rsid w:val="00C538DF"/>
    <w:rsid w:val="00CB0664"/>
    <w:rsid w:val="00DE752B"/>
    <w:rsid w:val="00FC693F"/>
    <w:rsid w:val="00FE3E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A619D1"/>
  <w14:defaultImageDpi w14:val="300"/>
  <w15:docId w15:val="{CFAD0D8B-9422-554A-BAA1-BBE828474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C693F"/>
  </w:style>
  <w:style w:type="paragraph" w:styleId="Kop1">
    <w:name w:val="heading 1"/>
    <w:basedOn w:val="Standaard"/>
    <w:next w:val="Standaard"/>
    <w:link w:val="Kop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Kop9">
    <w:name w:val="heading 9"/>
    <w:basedOn w:val="Standaard"/>
    <w:next w:val="Standaard"/>
    <w:link w:val="Kop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618BF"/>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E618BF"/>
  </w:style>
  <w:style w:type="paragraph" w:styleId="Voettekst">
    <w:name w:val="footer"/>
    <w:basedOn w:val="Standaard"/>
    <w:link w:val="VoettekstChar"/>
    <w:uiPriority w:val="99"/>
    <w:unhideWhenUsed/>
    <w:rsid w:val="00E618BF"/>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E618BF"/>
  </w:style>
  <w:style w:type="paragraph" w:styleId="Geenafstand">
    <w:name w:val="No Spacing"/>
    <w:uiPriority w:val="1"/>
    <w:qFormat/>
    <w:rsid w:val="00FC693F"/>
    <w:pPr>
      <w:spacing w:after="0" w:line="240" w:lineRule="auto"/>
    </w:pPr>
  </w:style>
  <w:style w:type="character" w:customStyle="1" w:styleId="Kop1Char">
    <w:name w:val="Kop 1 Char"/>
    <w:basedOn w:val="Standaardalinea-lettertype"/>
    <w:link w:val="Kop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FC693F"/>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FC693F"/>
    <w:rPr>
      <w:rFonts w:asciiTheme="majorHAnsi" w:eastAsiaTheme="majorEastAsia" w:hAnsiTheme="majorHAnsi" w:cstheme="majorBidi"/>
      <w:b/>
      <w:bCs/>
      <w:color w:val="4F81BD" w:themeColor="accent1"/>
    </w:rPr>
  </w:style>
  <w:style w:type="paragraph" w:styleId="Titel">
    <w:name w:val="Title"/>
    <w:basedOn w:val="Standaard"/>
    <w:next w:val="Standaard"/>
    <w:link w:val="Titel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FC693F"/>
    <w:rPr>
      <w:rFonts w:asciiTheme="majorHAnsi" w:eastAsiaTheme="majorEastAsia" w:hAnsiTheme="majorHAnsi" w:cstheme="majorBidi"/>
      <w:i/>
      <w:iCs/>
      <w:color w:val="4F81BD" w:themeColor="accent1"/>
      <w:spacing w:val="15"/>
      <w:sz w:val="24"/>
      <w:szCs w:val="24"/>
    </w:rPr>
  </w:style>
  <w:style w:type="paragraph" w:styleId="Lijstalinea">
    <w:name w:val="List Paragraph"/>
    <w:basedOn w:val="Standaard"/>
    <w:uiPriority w:val="34"/>
    <w:qFormat/>
    <w:rsid w:val="00FC693F"/>
    <w:pPr>
      <w:ind w:left="720"/>
      <w:contextualSpacing/>
    </w:pPr>
  </w:style>
  <w:style w:type="paragraph" w:styleId="Plattetekst">
    <w:name w:val="Body Text"/>
    <w:basedOn w:val="Standaard"/>
    <w:link w:val="PlattetekstChar"/>
    <w:uiPriority w:val="99"/>
    <w:unhideWhenUsed/>
    <w:rsid w:val="00AA1D8D"/>
    <w:pPr>
      <w:spacing w:after="120"/>
    </w:pPr>
  </w:style>
  <w:style w:type="character" w:customStyle="1" w:styleId="PlattetekstChar">
    <w:name w:val="Platte tekst Char"/>
    <w:basedOn w:val="Standaardalinea-lettertype"/>
    <w:link w:val="Plattetekst"/>
    <w:uiPriority w:val="99"/>
    <w:rsid w:val="00AA1D8D"/>
  </w:style>
  <w:style w:type="paragraph" w:styleId="Plattetekst2">
    <w:name w:val="Body Text 2"/>
    <w:basedOn w:val="Standaard"/>
    <w:link w:val="Plattetekst2Char"/>
    <w:uiPriority w:val="99"/>
    <w:unhideWhenUsed/>
    <w:rsid w:val="00AA1D8D"/>
    <w:pPr>
      <w:spacing w:after="120" w:line="480" w:lineRule="auto"/>
    </w:pPr>
  </w:style>
  <w:style w:type="character" w:customStyle="1" w:styleId="Plattetekst2Char">
    <w:name w:val="Platte tekst 2 Char"/>
    <w:basedOn w:val="Standaardalinea-lettertype"/>
    <w:link w:val="Plattetekst2"/>
    <w:uiPriority w:val="99"/>
    <w:rsid w:val="00AA1D8D"/>
  </w:style>
  <w:style w:type="paragraph" w:styleId="Plattetekst3">
    <w:name w:val="Body Text 3"/>
    <w:basedOn w:val="Standaard"/>
    <w:link w:val="Plattetekst3Char"/>
    <w:uiPriority w:val="99"/>
    <w:unhideWhenUsed/>
    <w:rsid w:val="00AA1D8D"/>
    <w:pPr>
      <w:spacing w:after="120"/>
    </w:pPr>
    <w:rPr>
      <w:sz w:val="16"/>
      <w:szCs w:val="16"/>
    </w:rPr>
  </w:style>
  <w:style w:type="character" w:customStyle="1" w:styleId="Plattetekst3Char">
    <w:name w:val="Platte tekst 3 Char"/>
    <w:basedOn w:val="Standaardalinea-lettertype"/>
    <w:link w:val="Plattetekst3"/>
    <w:uiPriority w:val="99"/>
    <w:rsid w:val="00AA1D8D"/>
    <w:rPr>
      <w:sz w:val="16"/>
      <w:szCs w:val="16"/>
    </w:rPr>
  </w:style>
  <w:style w:type="paragraph" w:styleId="Lijst">
    <w:name w:val="List"/>
    <w:basedOn w:val="Standaard"/>
    <w:uiPriority w:val="99"/>
    <w:unhideWhenUsed/>
    <w:rsid w:val="00AA1D8D"/>
    <w:pPr>
      <w:ind w:left="360" w:hanging="360"/>
      <w:contextualSpacing/>
    </w:pPr>
  </w:style>
  <w:style w:type="paragraph" w:styleId="Lijst2">
    <w:name w:val="List 2"/>
    <w:basedOn w:val="Standaard"/>
    <w:uiPriority w:val="99"/>
    <w:unhideWhenUsed/>
    <w:rsid w:val="00326F90"/>
    <w:pPr>
      <w:ind w:left="720" w:hanging="360"/>
      <w:contextualSpacing/>
    </w:pPr>
  </w:style>
  <w:style w:type="paragraph" w:styleId="Lijst3">
    <w:name w:val="List 3"/>
    <w:basedOn w:val="Standaard"/>
    <w:uiPriority w:val="99"/>
    <w:unhideWhenUsed/>
    <w:rsid w:val="00326F90"/>
    <w:pPr>
      <w:ind w:left="1080" w:hanging="360"/>
      <w:contextualSpacing/>
    </w:pPr>
  </w:style>
  <w:style w:type="paragraph" w:styleId="Lijstopsomteken">
    <w:name w:val="List Bullet"/>
    <w:basedOn w:val="Standaard"/>
    <w:uiPriority w:val="99"/>
    <w:unhideWhenUsed/>
    <w:rsid w:val="00326F90"/>
    <w:pPr>
      <w:numPr>
        <w:numId w:val="1"/>
      </w:numPr>
      <w:contextualSpacing/>
    </w:pPr>
  </w:style>
  <w:style w:type="paragraph" w:styleId="Lijstopsomteken2">
    <w:name w:val="List Bullet 2"/>
    <w:basedOn w:val="Standaard"/>
    <w:uiPriority w:val="99"/>
    <w:unhideWhenUsed/>
    <w:rsid w:val="00326F90"/>
    <w:pPr>
      <w:numPr>
        <w:numId w:val="2"/>
      </w:numPr>
      <w:contextualSpacing/>
    </w:pPr>
  </w:style>
  <w:style w:type="paragraph" w:styleId="Lijstopsomteken3">
    <w:name w:val="List Bullet 3"/>
    <w:basedOn w:val="Standaard"/>
    <w:uiPriority w:val="99"/>
    <w:unhideWhenUsed/>
    <w:rsid w:val="00326F90"/>
    <w:pPr>
      <w:numPr>
        <w:numId w:val="3"/>
      </w:numPr>
      <w:contextualSpacing/>
    </w:pPr>
  </w:style>
  <w:style w:type="paragraph" w:styleId="Lijstnummering">
    <w:name w:val="List Number"/>
    <w:basedOn w:val="Standaard"/>
    <w:uiPriority w:val="99"/>
    <w:unhideWhenUsed/>
    <w:rsid w:val="00326F90"/>
    <w:pPr>
      <w:numPr>
        <w:numId w:val="5"/>
      </w:numPr>
      <w:contextualSpacing/>
    </w:pPr>
  </w:style>
  <w:style w:type="paragraph" w:styleId="Lijstnummering2">
    <w:name w:val="List Number 2"/>
    <w:basedOn w:val="Standaard"/>
    <w:uiPriority w:val="99"/>
    <w:unhideWhenUsed/>
    <w:rsid w:val="0029639D"/>
    <w:pPr>
      <w:numPr>
        <w:numId w:val="6"/>
      </w:numPr>
      <w:contextualSpacing/>
    </w:pPr>
  </w:style>
  <w:style w:type="paragraph" w:styleId="Lijstnummering3">
    <w:name w:val="List Number 3"/>
    <w:basedOn w:val="Standaard"/>
    <w:uiPriority w:val="99"/>
    <w:unhideWhenUsed/>
    <w:rsid w:val="0029639D"/>
    <w:pPr>
      <w:numPr>
        <w:numId w:val="7"/>
      </w:numPr>
      <w:contextualSpacing/>
    </w:pPr>
  </w:style>
  <w:style w:type="paragraph" w:styleId="Lijstvoortzetting">
    <w:name w:val="List Continue"/>
    <w:basedOn w:val="Standaard"/>
    <w:uiPriority w:val="99"/>
    <w:unhideWhenUsed/>
    <w:rsid w:val="0029639D"/>
    <w:pPr>
      <w:spacing w:after="120"/>
      <w:ind w:left="360"/>
      <w:contextualSpacing/>
    </w:pPr>
  </w:style>
  <w:style w:type="paragraph" w:styleId="Lijstvoortzetting2">
    <w:name w:val="List Continue 2"/>
    <w:basedOn w:val="Standaard"/>
    <w:uiPriority w:val="99"/>
    <w:unhideWhenUsed/>
    <w:rsid w:val="0029639D"/>
    <w:pPr>
      <w:spacing w:after="120"/>
      <w:ind w:left="720"/>
      <w:contextualSpacing/>
    </w:pPr>
  </w:style>
  <w:style w:type="paragraph" w:styleId="Lijstvoortzetting3">
    <w:name w:val="List Continue 3"/>
    <w:basedOn w:val="Standaard"/>
    <w:uiPriority w:val="99"/>
    <w:unhideWhenUsed/>
    <w:rsid w:val="0029639D"/>
    <w:pPr>
      <w:spacing w:after="120"/>
      <w:ind w:left="1080"/>
      <w:contextualSpacing/>
    </w:pPr>
  </w:style>
  <w:style w:type="paragraph" w:styleId="Macrotekst">
    <w:name w:val="macro"/>
    <w:link w:val="Macroteks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kstChar">
    <w:name w:val="Macrotekst Char"/>
    <w:basedOn w:val="Standaardalinea-lettertype"/>
    <w:link w:val="Macrotekst"/>
    <w:uiPriority w:val="99"/>
    <w:rsid w:val="0029639D"/>
    <w:rPr>
      <w:rFonts w:ascii="Courier" w:hAnsi="Courier"/>
      <w:sz w:val="20"/>
      <w:szCs w:val="20"/>
    </w:rPr>
  </w:style>
  <w:style w:type="paragraph" w:styleId="Citaat">
    <w:name w:val="Quote"/>
    <w:basedOn w:val="Standaard"/>
    <w:next w:val="Standaard"/>
    <w:link w:val="CitaatChar"/>
    <w:uiPriority w:val="29"/>
    <w:qFormat/>
    <w:rsid w:val="00FC693F"/>
    <w:rPr>
      <w:i/>
      <w:iCs/>
      <w:color w:val="000000" w:themeColor="text1"/>
    </w:rPr>
  </w:style>
  <w:style w:type="character" w:customStyle="1" w:styleId="CitaatChar">
    <w:name w:val="Citaat Char"/>
    <w:basedOn w:val="Standaardalinea-lettertype"/>
    <w:link w:val="Citaat"/>
    <w:uiPriority w:val="29"/>
    <w:rsid w:val="00FC693F"/>
    <w:rPr>
      <w:i/>
      <w:iCs/>
      <w:color w:val="000000" w:themeColor="text1"/>
    </w:rPr>
  </w:style>
  <w:style w:type="character" w:customStyle="1" w:styleId="Kop4Char">
    <w:name w:val="Kop 4 Char"/>
    <w:basedOn w:val="Standaardalinea-lettertype"/>
    <w:link w:val="Kop4"/>
    <w:uiPriority w:val="9"/>
    <w:semiHidden/>
    <w:rsid w:val="00FC693F"/>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FC693F"/>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FC693F"/>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FC693F"/>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FC693F"/>
    <w:rPr>
      <w:rFonts w:asciiTheme="majorHAnsi" w:eastAsiaTheme="majorEastAsia" w:hAnsiTheme="majorHAnsi" w:cstheme="majorBidi"/>
      <w:color w:val="4F81BD" w:themeColor="accent1"/>
      <w:sz w:val="20"/>
      <w:szCs w:val="20"/>
    </w:rPr>
  </w:style>
  <w:style w:type="character" w:customStyle="1" w:styleId="Kop9Char">
    <w:name w:val="Kop 9 Char"/>
    <w:basedOn w:val="Standaardalinea-lettertype"/>
    <w:link w:val="Kop9"/>
    <w:uiPriority w:val="9"/>
    <w:semiHidden/>
    <w:rsid w:val="00FC693F"/>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FC693F"/>
    <w:pPr>
      <w:spacing w:line="240" w:lineRule="auto"/>
    </w:pPr>
    <w:rPr>
      <w:b/>
      <w:bCs/>
      <w:color w:val="4F81BD" w:themeColor="accent1"/>
      <w:sz w:val="18"/>
      <w:szCs w:val="18"/>
    </w:rPr>
  </w:style>
  <w:style w:type="character" w:styleId="Zwaar">
    <w:name w:val="Strong"/>
    <w:basedOn w:val="Standaardalinea-lettertype"/>
    <w:uiPriority w:val="22"/>
    <w:qFormat/>
    <w:rsid w:val="00FC693F"/>
    <w:rPr>
      <w:b/>
      <w:bCs/>
    </w:rPr>
  </w:style>
  <w:style w:type="character" w:styleId="Nadruk">
    <w:name w:val="Emphasis"/>
    <w:basedOn w:val="Standaardalinea-lettertype"/>
    <w:uiPriority w:val="20"/>
    <w:qFormat/>
    <w:rsid w:val="00FC693F"/>
    <w:rPr>
      <w:i/>
      <w:iCs/>
    </w:rPr>
  </w:style>
  <w:style w:type="paragraph" w:styleId="Duidelijkcitaat">
    <w:name w:val="Intense Quote"/>
    <w:basedOn w:val="Standaard"/>
    <w:next w:val="Standaard"/>
    <w:link w:val="Duidelijkcitaa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FC693F"/>
    <w:rPr>
      <w:b/>
      <w:bCs/>
      <w:i/>
      <w:iCs/>
      <w:color w:val="4F81BD" w:themeColor="accent1"/>
    </w:rPr>
  </w:style>
  <w:style w:type="character" w:styleId="Subtielebenadrukking">
    <w:name w:val="Subtle Emphasis"/>
    <w:basedOn w:val="Standaardalinea-lettertype"/>
    <w:uiPriority w:val="19"/>
    <w:qFormat/>
    <w:rsid w:val="00FC693F"/>
    <w:rPr>
      <w:i/>
      <w:iCs/>
      <w:color w:val="808080" w:themeColor="text1" w:themeTint="7F"/>
    </w:rPr>
  </w:style>
  <w:style w:type="character" w:styleId="Intensievebenadrukking">
    <w:name w:val="Intense Emphasis"/>
    <w:basedOn w:val="Standaardalinea-lettertype"/>
    <w:uiPriority w:val="21"/>
    <w:qFormat/>
    <w:rsid w:val="00FC693F"/>
    <w:rPr>
      <w:b/>
      <w:bCs/>
      <w:i/>
      <w:iCs/>
      <w:color w:val="4F81BD" w:themeColor="accent1"/>
    </w:rPr>
  </w:style>
  <w:style w:type="character" w:styleId="Subtieleverwijzing">
    <w:name w:val="Subtle Reference"/>
    <w:basedOn w:val="Standaardalinea-lettertype"/>
    <w:uiPriority w:val="31"/>
    <w:qFormat/>
    <w:rsid w:val="00FC693F"/>
    <w:rPr>
      <w:smallCaps/>
      <w:color w:val="C0504D" w:themeColor="accent2"/>
      <w:u w:val="single"/>
    </w:rPr>
  </w:style>
  <w:style w:type="character" w:styleId="Intensieveverwijzing">
    <w:name w:val="Intense Reference"/>
    <w:basedOn w:val="Standaardalinea-lettertype"/>
    <w:uiPriority w:val="32"/>
    <w:qFormat/>
    <w:rsid w:val="00FC693F"/>
    <w:rPr>
      <w:b/>
      <w:bCs/>
      <w:smallCaps/>
      <w:color w:val="C0504D" w:themeColor="accent2"/>
      <w:spacing w:val="5"/>
      <w:u w:val="single"/>
    </w:rPr>
  </w:style>
  <w:style w:type="character" w:styleId="Titelvanboek">
    <w:name w:val="Book Title"/>
    <w:basedOn w:val="Standaardalinea-lettertype"/>
    <w:uiPriority w:val="33"/>
    <w:qFormat/>
    <w:rsid w:val="00FC693F"/>
    <w:rPr>
      <w:b/>
      <w:bCs/>
      <w:smallCaps/>
      <w:spacing w:val="5"/>
    </w:rPr>
  </w:style>
  <w:style w:type="paragraph" w:styleId="Kopvaninhoudsopgave">
    <w:name w:val="TOC Heading"/>
    <w:basedOn w:val="Kop1"/>
    <w:next w:val="Standaard"/>
    <w:uiPriority w:val="39"/>
    <w:semiHidden/>
    <w:unhideWhenUsed/>
    <w:qFormat/>
    <w:rsid w:val="00FC693F"/>
    <w:pPr>
      <w:outlineLvl w:val="9"/>
    </w:pPr>
  </w:style>
  <w:style w:type="table" w:styleId="Tabelraster">
    <w:name w:val="Table Grid"/>
    <w:basedOn w:val="Standaardtabe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chtraster">
    <w:name w:val="Light Grid"/>
    <w:basedOn w:val="Standaardtabe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emiddeldearcering1">
    <w:name w:val="Medium Shading 1"/>
    <w:basedOn w:val="Standaardtabe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1">
    <w:name w:val="Medium Grid 1"/>
    <w:basedOn w:val="Standaardtabe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onkerelijst">
    <w:name w:val="Dark List"/>
    <w:basedOn w:val="Standaardtabe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leurrijkearcering">
    <w:name w:val="Colorful Shading"/>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raster">
    <w:name w:val="Colorful Grid"/>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1329261">
      <w:bodyDiv w:val="1"/>
      <w:marLeft w:val="0"/>
      <w:marRight w:val="0"/>
      <w:marTop w:val="0"/>
      <w:marBottom w:val="0"/>
      <w:divBdr>
        <w:top w:val="none" w:sz="0" w:space="0" w:color="auto"/>
        <w:left w:val="none" w:sz="0" w:space="0" w:color="auto"/>
        <w:bottom w:val="none" w:sz="0" w:space="0" w:color="auto"/>
        <w:right w:val="none" w:sz="0" w:space="0" w:color="auto"/>
      </w:divBdr>
      <w:divsChild>
        <w:div w:id="908222916">
          <w:marLeft w:val="0"/>
          <w:marRight w:val="0"/>
          <w:marTop w:val="0"/>
          <w:marBottom w:val="0"/>
          <w:divBdr>
            <w:top w:val="none" w:sz="0" w:space="0" w:color="auto"/>
            <w:left w:val="none" w:sz="0" w:space="0" w:color="auto"/>
            <w:bottom w:val="none" w:sz="0" w:space="0" w:color="auto"/>
            <w:right w:val="none" w:sz="0" w:space="0" w:color="auto"/>
          </w:divBdr>
        </w:div>
      </w:divsChild>
    </w:div>
    <w:div w:id="1354922054">
      <w:bodyDiv w:val="1"/>
      <w:marLeft w:val="0"/>
      <w:marRight w:val="0"/>
      <w:marTop w:val="0"/>
      <w:marBottom w:val="0"/>
      <w:divBdr>
        <w:top w:val="none" w:sz="0" w:space="0" w:color="auto"/>
        <w:left w:val="none" w:sz="0" w:space="0" w:color="auto"/>
        <w:bottom w:val="none" w:sz="0" w:space="0" w:color="auto"/>
        <w:right w:val="none" w:sz="0" w:space="0" w:color="auto"/>
      </w:divBdr>
      <w:divsChild>
        <w:div w:id="31479769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b983f3f-6b6f-410c-b885-6e582fe9da39">
      <Terms xmlns="http://schemas.microsoft.com/office/infopath/2007/PartnerControls"/>
    </lcf76f155ced4ddcb4097134ff3c332f>
    <TaxCatchAll xmlns="97173c2a-38e8-4d15-9e3b-bd3cddcbddd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82144C16FB78045B56F1AD765F09806" ma:contentTypeVersion="15" ma:contentTypeDescription="Een nieuw document maken." ma:contentTypeScope="" ma:versionID="4249989f22ddfc607f97d17b9685e308">
  <xsd:schema xmlns:xsd="http://www.w3.org/2001/XMLSchema" xmlns:xs="http://www.w3.org/2001/XMLSchema" xmlns:p="http://schemas.microsoft.com/office/2006/metadata/properties" xmlns:ns2="5b983f3f-6b6f-410c-b885-6e582fe9da39" xmlns:ns3="97173c2a-38e8-4d15-9e3b-bd3cddcbddd3" targetNamespace="http://schemas.microsoft.com/office/2006/metadata/properties" ma:root="true" ma:fieldsID="35f6e9bea11a07d955eff1afcbe293bb" ns2:_="" ns3:_="">
    <xsd:import namespace="5b983f3f-6b6f-410c-b885-6e582fe9da39"/>
    <xsd:import namespace="97173c2a-38e8-4d15-9e3b-bd3cddcbddd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983f3f-6b6f-410c-b885-6e582fe9da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ff60266f-64c1-416a-94d3-f8b8b29291b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173c2a-38e8-4d15-9e3b-bd3cddcbddd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544f9c3-7e7c-477f-8405-5fbaeb8a1bc3}" ma:internalName="TaxCatchAll" ma:showField="CatchAllData" ma:web="97173c2a-38e8-4d15-9e3b-bd3cddcbddd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BB4C80-5782-4645-892E-566FF298EFAF}">
  <ds:schemaRefs>
    <ds:schemaRef ds:uri="http://schemas.microsoft.com/sharepoint/v3/contenttype/forms"/>
  </ds:schemaRefs>
</ds:datastoreItem>
</file>

<file path=customXml/itemProps2.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customXml/itemProps3.xml><?xml version="1.0" encoding="utf-8"?>
<ds:datastoreItem xmlns:ds="http://schemas.openxmlformats.org/officeDocument/2006/customXml" ds:itemID="{DE32B192-879C-4E00-A6E2-09CC543352ED}">
  <ds:schemaRefs>
    <ds:schemaRef ds:uri="http://schemas.microsoft.com/office/2006/metadata/properties"/>
    <ds:schemaRef ds:uri="http://schemas.microsoft.com/office/infopath/2007/PartnerControls"/>
    <ds:schemaRef ds:uri="5b983f3f-6b6f-410c-b885-6e582fe9da39"/>
    <ds:schemaRef ds:uri="97173c2a-38e8-4d15-9e3b-bd3cddcbddd3"/>
  </ds:schemaRefs>
</ds:datastoreItem>
</file>

<file path=customXml/itemProps4.xml><?xml version="1.0" encoding="utf-8"?>
<ds:datastoreItem xmlns:ds="http://schemas.openxmlformats.org/officeDocument/2006/customXml" ds:itemID="{85CF684E-2045-4145-BC5B-06CE2549DE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983f3f-6b6f-410c-b885-6e582fe9da39"/>
    <ds:schemaRef ds:uri="97173c2a-38e8-4d15-9e3b-bd3cddcbdd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590</Words>
  <Characters>3245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Jacco van Waardhuizen</cp:lastModifiedBy>
  <cp:revision>10</cp:revision>
  <dcterms:created xsi:type="dcterms:W3CDTF">2025-05-10T20:00:00Z</dcterms:created>
  <dcterms:modified xsi:type="dcterms:W3CDTF">2025-05-14T18:31:00Z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0x010100182144C16FB78045B56F1AD765F09806</vt:lpwstr>
  </property>
  <property fmtid="{D5CDD505-2E9C-101B-9397-08002B2CF9AE}" pid="3" name="MediaServiceImageTags">
    <vt:lpwstr/>
  </property>
</Properties>
</file>